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[Lugar], [día] de [mes] de [año]</w:t>
      </w:r>
    </w:p>
    <w:p/>
    <w:p>
      <w:r>
        <w:t>Señor(a)</w:t>
      </w:r>
    </w:p>
    <w:p>
      <w:r>
        <w:t>[Nombre del representante patronal]</w:t>
      </w:r>
    </w:p>
    <w:p>
      <w:r>
        <w:t>[Cargo]</w:t>
      </w:r>
    </w:p>
    <w:p>
      <w:r>
        <w:t>[Nombre de la empresa]</w:t>
      </w:r>
    </w:p>
    <w:p>
      <w:r>
        <w:t>Presente.</w:t>
      </w:r>
    </w:p>
    <w:p/>
    <w:p>
      <w:r>
        <w:t>Asunto: preaviso de renuncia voluntaria</w:t>
      </w:r>
    </w:p>
    <w:p/>
    <w:p>
      <w:r>
        <w:t>Por este medio le comunico mi decisión de dar por terminado, de forma</w:t>
      </w:r>
    </w:p>
    <w:p>
      <w:r>
        <w:t>voluntaria, el contrato individual de trabajo que me vincula con</w:t>
      </w:r>
    </w:p>
    <w:p>
      <w:r>
        <w:t>[nombre de la empresa], en el cual me desempeño como [cargo] desde el</w:t>
      </w:r>
    </w:p>
    <w:p>
      <w:r>
        <w:t>[fecha de ingreso].</w:t>
      </w:r>
    </w:p>
    <w:p/>
    <w:p>
      <w:r>
        <w:t>De conformidad con el artículo 2 de la Ley Reguladora de la Prestación</w:t>
      </w:r>
    </w:p>
    <w:p>
      <w:r>
        <w:t>Económica por Renuncia Voluntaria, presento este preaviso con una</w:t>
      </w:r>
    </w:p>
    <w:p>
      <w:r>
        <w:t>antelación de [treinta / quince] días, de modo que mi renuncia se hará</w:t>
      </w:r>
    </w:p>
    <w:p>
      <w:r>
        <w:t>efectiva el [fecha en que deja de laborar].</w:t>
      </w:r>
    </w:p>
    <w:p/>
    <w:p>
      <w:r>
        <w:t>Solicito atentamente que, conforme al artículo 4 de la misma Ley, se me</w:t>
      </w:r>
    </w:p>
    <w:p>
      <w:r>
        <w:t>extienda constancia del día y la hora de presentación de este escrito.</w:t>
      </w:r>
    </w:p>
    <w:p/>
    <w:p>
      <w:r>
        <w:t>Asimismo, solicito que a la fecha de retiro se liquiden las prestaciones</w:t>
      </w:r>
    </w:p>
    <w:p>
      <w:r>
        <w:t>que me corresponden: la prestación económica por renuncia voluntaria del</w:t>
      </w:r>
    </w:p>
    <w:p>
      <w:r>
        <w:t>artículo 8 de dicha Ley, el aguinaldo y la vacación anual remunerada,</w:t>
      </w:r>
    </w:p>
    <w:p>
      <w:r>
        <w:t>completos o proporcionales según corresponda, de acuerdo con el</w:t>
      </w:r>
    </w:p>
    <w:p>
      <w:r>
        <w:t>artículo 9.</w:t>
      </w:r>
    </w:p>
    <w:p/>
    <w:p>
      <w:r>
        <w:t>Agradezco la oportunidad de haber formado parte de la empresa y quedo a</w:t>
      </w:r>
    </w:p>
    <w:p>
      <w:r>
        <w:t>disposición para entregar formalmente el cargo.</w:t>
      </w:r>
    </w:p>
    <w:p/>
    <w:p>
      <w:r>
        <w:t>Atentamente,</w:t>
      </w:r>
    </w:p>
    <w:p/>
    <w:p/>
    <w:p>
      <w:r>
        <w:t>_______________________________</w:t>
      </w:r>
    </w:p>
    <w:p>
      <w:r>
        <w:t>[Nombre completo]</w:t>
      </w:r>
    </w:p>
    <w:p>
      <w:r>
        <w:t>DUI n.º [número]</w:t>
      </w:r>
    </w:p>
    <w:p>
      <w:r>
        <w:t>[Cargo]</w:t>
      </w:r>
    </w:p>
    <w:p/>
    <w:p>
      <w:r>
        <w:t>Recibido por: ____________________  Fecha y hora: 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preaviso de renuncia el salvador</dc:title>
  <dc:subject/>
  <dc:creator>Tagline Soluciones Empresariales El Salvador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