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Plan de desarrollo individual</w:t>
      </w:r>
    </w:p>
    <w:p>
      <w:r>
        <w:rPr>
          <w:i/>
        </w:rPr>
        <w:t>Lo acuerdan la persona y su jefatura a partir de la evaluación del desempeño. No promete un ascenso ni es un plan de mejora por bajo desempeño.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Dato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Persona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Puesto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Jefatura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Fecha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Periodo del plan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Objetivo de desarrollo</w:t>
      </w:r>
    </w:p>
    <w:p>
      <w:r>
        <w:t>[Para qué es el plan, escrito como resultado: rendir mejor en el puesto actual o prepararse para otro.]</w:t>
      </w:r>
    </w:p>
    <w:p>
      <w:pPr>
        <w:pStyle w:val="Heading1"/>
      </w:pPr>
      <w:r>
        <w:t>Fortalezas</w:t>
      </w:r>
    </w:p>
    <w:p>
      <w:r>
        <w:t>[En qué se apoya el plan, con evidencia de la evaluación.]</w:t>
      </w:r>
    </w:p>
    <w:p>
      <w:pPr>
        <w:pStyle w:val="Heading1"/>
      </w:pPr>
      <w:r>
        <w:t>Brechas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Brecha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Evidencia: lo que hace hoy frente a lo que pide el perfil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Acciones</w:t>
      </w:r>
    </w:p>
    <w:p>
      <w:r>
        <w:t>Tipo: En el puesto · Con otras personas · Formación.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Brecha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Acción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Tipo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Cuándo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Evidencia de logro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t>Apoyo de la empresa</w:t>
      </w:r>
    </w:p>
    <w:p>
      <w:r>
        <w:t>[Tiempo, acompañante, curso, presupuesto.]</w:t>
      </w:r>
    </w:p>
    <w:p>
      <w:pPr>
        <w:pStyle w:val="Heading1"/>
      </w:pPr>
      <w:r>
        <w:t>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Avance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Ajustes acordados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Acuerdo</w:t>
      </w:r>
    </w:p>
    <w:p>
      <w:r>
        <w:t>Revisamos y aceptamos este plan. Cada parte guarda una copia.</w:t>
      </w:r>
    </w:p>
    <w:p>
      <w:r>
        <w:t>Persona: ______________________     Jefatura: ______________________     Fecha: __________</w:t>
      </w:r>
    </w:p>
    <w:p>
      <w:pPr>
        <w:pStyle w:val="Heading1"/>
      </w:pPr>
      <w:r>
        <w:t>Las nueve partes, en breve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Parte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Qué contiene</w:t>
            </w:r>
          </w:p>
        </w:tc>
      </w:tr>
      <w:tr>
        <w:tc>
          <w:tcPr>
            <w:tcW w:type="dxa" w:w="4320"/>
          </w:tcPr>
          <w:p>
            <w:r>
              <w:t>Datos</w:t>
            </w:r>
          </w:p>
        </w:tc>
        <w:tc>
          <w:tcPr>
            <w:tcW w:type="dxa" w:w="4320"/>
          </w:tcPr>
          <w:p>
            <w:r>
              <w:t>Persona, puesto, jefatura, fecha y periodo del plan.</w:t>
            </w:r>
          </w:p>
        </w:tc>
      </w:tr>
      <w:tr>
        <w:tc>
          <w:tcPr>
            <w:tcW w:type="dxa" w:w="4320"/>
          </w:tcPr>
          <w:p>
            <w:r>
              <w:t>Objetivo de desarrollo</w:t>
            </w:r>
          </w:p>
        </w:tc>
        <w:tc>
          <w:tcPr>
            <w:tcW w:type="dxa" w:w="4320"/>
          </w:tcPr>
          <w:p>
            <w:r>
              <w:t>Para qué es el plan: rendir mejor en el puesto actual o prepararse para otro. Uno, escrito como resultado.</w:t>
            </w:r>
          </w:p>
        </w:tc>
      </w:tr>
      <w:tr>
        <w:tc>
          <w:tcPr>
            <w:tcW w:type="dxa" w:w="4320"/>
          </w:tcPr>
          <w:p>
            <w:r>
              <w:t>Fortalezas</w:t>
            </w:r>
          </w:p>
        </w:tc>
        <w:tc>
          <w:tcPr>
            <w:tcW w:type="dxa" w:w="4320"/>
          </w:tcPr>
          <w:p>
            <w:r>
              <w:t>En qué se apoya el plan, con evidencia de la evaluación.</w:t>
            </w:r>
          </w:p>
        </w:tc>
      </w:tr>
      <w:tr>
        <w:tc>
          <w:tcPr>
            <w:tcW w:type="dxa" w:w="4320"/>
          </w:tcPr>
          <w:p>
            <w:r>
              <w:t>Brechas</w:t>
            </w:r>
          </w:p>
        </w:tc>
        <w:tc>
          <w:tcPr>
            <w:tcW w:type="dxa" w:w="4320"/>
          </w:tcPr>
          <w:p>
            <w:r>
              <w:t>Dos o tres, cada una con su evidencia: lo que la persona hace hoy frente a lo que el perfil pide.</w:t>
            </w:r>
          </w:p>
        </w:tc>
      </w:tr>
      <w:tr>
        <w:tc>
          <w:tcPr>
            <w:tcW w:type="dxa" w:w="4320"/>
          </w:tcPr>
          <w:p>
            <w:r>
              <w:t>Acciones</w:t>
            </w:r>
          </w:p>
        </w:tc>
        <w:tc>
          <w:tcPr>
            <w:tcW w:type="dxa" w:w="4320"/>
          </w:tcPr>
          <w:p>
            <w:r>
              <w:t>Por cada brecha, qué hará: en el puesto, con otras personas o en formación. Con fecha.</w:t>
            </w:r>
          </w:p>
        </w:tc>
      </w:tr>
      <w:tr>
        <w:tc>
          <w:tcPr>
            <w:tcW w:type="dxa" w:w="4320"/>
          </w:tcPr>
          <w:p>
            <w:r>
              <w:t>Apoyo</w:t>
            </w:r>
          </w:p>
        </w:tc>
        <w:tc>
          <w:tcPr>
            <w:tcW w:type="dxa" w:w="4320"/>
          </w:tcPr>
          <w:p>
            <w:r>
              <w:t>Qué pone la empresa: tiempo, acompañante, curso, presupuesto.</w:t>
            </w:r>
          </w:p>
        </w:tc>
      </w:tr>
      <w:tr>
        <w:tc>
          <w:tcPr>
            <w:tcW w:type="dxa" w:w="4320"/>
          </w:tcPr>
          <w:p>
            <w:r>
              <w:t>Evidencia de logro</w:t>
            </w:r>
          </w:p>
        </w:tc>
        <w:tc>
          <w:tcPr>
            <w:tcW w:type="dxa" w:w="4320"/>
          </w:tcPr>
          <w:p>
            <w:r>
              <w:t>Cómo se sabrá que la brecha se cerró: una conducta observable o un resultado.</w:t>
            </w:r>
          </w:p>
        </w:tc>
      </w:tr>
      <w:tr>
        <w:tc>
          <w:tcPr>
            <w:tcW w:type="dxa" w:w="4320"/>
          </w:tcPr>
          <w:p>
            <w:r>
              <w:t>Seguimiento</w:t>
            </w:r>
          </w:p>
        </w:tc>
        <w:tc>
          <w:tcPr>
            <w:tcW w:type="dxa" w:w="4320"/>
          </w:tcPr>
          <w:p>
            <w:r>
              <w:t>Conversaciones periódicas y fecha de revisión del plan.</w:t>
            </w:r>
          </w:p>
        </w:tc>
      </w:tr>
      <w:tr>
        <w:tc>
          <w:tcPr>
            <w:tcW w:type="dxa" w:w="4320"/>
          </w:tcPr>
          <w:p>
            <w:r>
              <w:t>Acuerdo</w:t>
            </w:r>
          </w:p>
        </w:tc>
        <w:tc>
          <w:tcPr>
            <w:tcW w:type="dxa" w:w="4320"/>
          </w:tcPr>
          <w:p>
            <w:r>
              <w:t>La persona y su jefatura revisan y aceptan el plan; cada una guarda una copia.</w:t>
            </w:r>
          </w:p>
        </w:tc>
      </w:tr>
    </w:tbl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