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[LOGO / RAZÓN SOCIAL]</w:t>
      </w:r>
    </w:p>
    <w:p/>
    <w:p>
      <w:r>
        <w:t>DESCRIPCIÓN Y PERFIL DE PUESTO</w:t>
      </w:r>
    </w:p>
    <w:p>
      <w:r>
        <w:t>Código: [DP-XX-01]     Versión: [1]     Fecha: [dd/mm/aaaa]</w:t>
      </w:r>
    </w:p>
    <w:p/>
    <w:p>
      <w:r>
        <w:t>1. IDENTIFICACIÓN</w:t>
      </w:r>
    </w:p>
    <w:p>
      <w:r>
        <w:t>Nombre del puesto: [nombre normalizado, el mismo de la planilla y del contrato]</w:t>
      </w:r>
    </w:p>
    <w:p>
      <w:r>
        <w:t>Área / departamento: [área]</w:t>
      </w:r>
    </w:p>
    <w:p>
      <w:r>
        <w:t>Reporta a: [cargo del jefe inmediato]</w:t>
      </w:r>
    </w:p>
    <w:p>
      <w:r>
        <w:t>Supervisa a: [cargos y número de personas, o «no supervisa»]</w:t>
      </w:r>
    </w:p>
    <w:p>
      <w:r>
        <w:t>Lugar de trabajo: [centro de trabajo]          Jornada / turno: [diurna, nocturna, turnos]</w:t>
      </w:r>
    </w:p>
    <w:p/>
    <w:p>
      <w:r>
        <w:t>2. PROPÓSITO DEL PUESTO</w:t>
      </w:r>
    </w:p>
    <w:p>
      <w:r>
        <w:t>[Para qué existe el puesto, en una frase: verbo + qué + para qué.]</w:t>
      </w:r>
    </w:p>
    <w:p/>
    <w:p>
      <w:r>
        <w:t>3. FUNCIONES PRINCIPALES</w:t>
      </w:r>
    </w:p>
    <w:p>
      <w:r>
        <w:t>N.º | Función (verbo + objeto + resultado esperado)            | Frecuencia | % del tiempo</w:t>
      </w:r>
    </w:p>
    <w:p>
      <w:r>
        <w:t>1   | [Ej.: Elaborar la planilla mensual para que se pague en fecha] | Mensual    | [25 %]</w:t>
      </w:r>
    </w:p>
    <w:p>
      <w:r>
        <w:t>2   | [Función]                                               | [ ]        | [ ]</w:t>
      </w:r>
    </w:p>
    <w:p>
      <w:r>
        <w:t>3   | [Función]                                               | [ ]        | [ ]</w:t>
      </w:r>
    </w:p>
    <w:p>
      <w:r>
        <w:t>4   | [Función]                                               | [ ]        | [ ]</w:t>
      </w:r>
    </w:p>
    <w:p>
      <w:r>
        <w:t>5   | Las demás que le asigne su jefatura, relacionadas con el puesto y compatibles con su aptitud.</w:t>
      </w:r>
    </w:p>
    <w:p/>
    <w:p>
      <w:r>
        <w:t>4. DECISIONES Y AUTORIDAD</w:t>
      </w:r>
    </w:p>
    <w:p>
      <w:r>
        <w:t>Decide sin consultar: [ ]</w:t>
      </w:r>
    </w:p>
    <w:p>
      <w:r>
        <w:t>Propone, decide la jefatura: [ ]</w:t>
      </w:r>
    </w:p>
    <w:p>
      <w:r>
        <w:t>Montos o recursos que maneja: [ ]</w:t>
      </w:r>
    </w:p>
    <w:p/>
    <w:p>
      <w:r>
        <w:t>5. RELACIONES</w:t>
      </w:r>
    </w:p>
    <w:p>
      <w:r>
        <w:t>Internas: [áreas o cargos y para qué]</w:t>
      </w:r>
    </w:p>
    <w:p>
      <w:r>
        <w:t>Externas: [clientes, proveedores, instituciones y para qué]</w:t>
      </w:r>
    </w:p>
    <w:p/>
    <w:p>
      <w:r>
        <w:t>6. INDICADORES DE DESEMPEÑO</w:t>
      </w:r>
    </w:p>
    <w:p>
      <w:r>
        <w:t>- [Cómo se sabe que el puesto cumple: plazo, calidad, volumen, reclamos.]</w:t>
      </w:r>
    </w:p>
    <w:p/>
    <w:p>
      <w:r>
        <w:t>7. PERFIL REQUERIDO</w:t>
      </w:r>
    </w:p>
    <w:p>
      <w:r>
        <w:t>Formación: [nivel y área]</w:t>
      </w:r>
    </w:p>
    <w:p>
      <w:r>
        <w:t>Experiencia: [años y en qué]</w:t>
      </w:r>
    </w:p>
    <w:p>
      <w:r>
        <w:t>Conocimientos: [técnicos, normativos, herramientas]</w:t>
      </w:r>
    </w:p>
    <w:p>
      <w:r>
        <w:t>Competencias: [máximo cinco, con el comportamiento observable que se espera]</w:t>
      </w:r>
    </w:p>
    <w:p>
      <w:r>
        <w:t>(Sin requisitos de sexo, raza, religión, opinión política u origen; sin prueba de embarazo, VIH ni historial crediticio: Art. 30 del Código de Trabajo.)</w:t>
      </w:r>
    </w:p>
    <w:p/>
    <w:p>
      <w:r>
        <w:t>8. CONDICIONES DE TRABAJO</w:t>
      </w:r>
    </w:p>
    <w:p>
      <w:r>
        <w:t>[Horario, desplazamientos, equipo que usa, esfuerzo físico si aplica.]</w:t>
      </w:r>
    </w:p>
    <w:p/>
    <w:p>
      <w:r>
        <w:t>9. APROBACIÓN</w:t>
      </w:r>
    </w:p>
    <w:p>
      <w:r>
        <w:t>Elaboró: [cargo]     Revisó: [jefe inmediato]     Aprobó: [gerencia / RR. HH.]     Fecha: [ ]</w:t>
      </w:r>
    </w:p>
    <w:p>
      <w:r>
        <w:t>Recibí copia (ocupante): ______________________     Fecha: [ 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descripcion y perfil de puesto</dc:title>
  <dc:subject/>
  <dc:creator>Tagline Soluciones Empresariales El Salvador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