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[MEMBRETE DE LA EMPRESA]</w:t>
      </w:r>
    </w:p>
    <w:p/>
    <w:p>
      <w:r>
        <w:t>CONSTANCIA DE TRABAJO</w:t>
      </w:r>
    </w:p>
    <w:p/>
    <w:p>
      <w:r>
        <w:t>[Lugar], [día] de [mes] de [año]</w:t>
      </w:r>
    </w:p>
    <w:p/>
    <w:p>
      <w:r>
        <w:t>A QUIEN INTERESE:</w:t>
      </w:r>
    </w:p>
    <w:p/>
    <w:p>
      <w:r>
        <w:t>[Nombre del representante patronal], en mi calidad de [cargo] de</w:t>
      </w:r>
    </w:p>
    <w:p>
      <w:r>
        <w:t>[razón social de la empresa], por este medio HAGO CONSTAR que:</w:t>
      </w:r>
    </w:p>
    <w:p/>
    <w:p>
      <w:r>
        <w:t>1. El señor / la señora [nombre completo del trabajador], portador(a)</w:t>
      </w:r>
    </w:p>
    <w:p>
      <w:r>
        <w:t xml:space="preserve">   del Documento Único de Identidad número [DUI], laboró para esta</w:t>
      </w:r>
    </w:p>
    <w:p>
      <w:r>
        <w:t xml:space="preserve">   empresa desde el [fecha de iniciación de labores] hasta el</w:t>
      </w:r>
    </w:p>
    <w:p>
      <w:r>
        <w:t xml:space="preserve">   [fecha de terminación de labores].</w:t>
      </w:r>
    </w:p>
    <w:p/>
    <w:p>
      <w:r>
        <w:t>2. La clase de trabajo desempeñado fue el de [cargo o descripción del</w:t>
      </w:r>
    </w:p>
    <w:p>
      <w:r>
        <w:t xml:space="preserve">   puesto].</w:t>
      </w:r>
    </w:p>
    <w:p/>
    <w:p>
      <w:r>
        <w:t>3. El salario devengado durante el último período de pago fue de</w:t>
      </w:r>
    </w:p>
    <w:p>
      <w:r>
        <w:t xml:space="preserve">   [US$ cantidad en números] ([cantidad en letras] dólares de los</w:t>
      </w:r>
    </w:p>
    <w:p>
      <w:r>
        <w:t xml:space="preserve">   Estados Unidos de América).</w:t>
      </w:r>
    </w:p>
    <w:p/>
    <w:p>
      <w:r>
        <w:t>[Incluir SOLO si el trabajador lo solicita:]</w:t>
      </w:r>
    </w:p>
    <w:p/>
    <w:p>
      <w:r>
        <w:t>4. Durante el tiempo que prestó sus servicios, su eficiencia y</w:t>
      </w:r>
    </w:p>
    <w:p>
      <w:r>
        <w:t xml:space="preserve">   comportamiento fueron [descripción].</w:t>
      </w:r>
    </w:p>
    <w:p/>
    <w:p>
      <w:r>
        <w:t>5. El contrato de trabajo terminó por [causa de la terminación].</w:t>
      </w:r>
    </w:p>
    <w:p/>
    <w:p>
      <w:r>
        <w:t>Y para los usos que al interesado convengan, se extiende la presente</w:t>
      </w:r>
    </w:p>
    <w:p>
      <w:r>
        <w:t>constancia en [lugar], a los [día] días del mes de [mes] de [año].</w:t>
      </w:r>
    </w:p>
    <w:p/>
    <w:p/>
    <w:p>
      <w:r>
        <w:t>_______________________________</w:t>
      </w:r>
    </w:p>
    <w:p>
      <w:r>
        <w:t>[Nombre completo]</w:t>
      </w:r>
    </w:p>
    <w:p>
      <w:r>
        <w:t>[Cargo]</w:t>
      </w:r>
    </w:p>
    <w:p>
      <w:r>
        <w:t>[Razón social de la empresa]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constancia de trabajo el salvador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