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[MEMBRETE DE LA EMPRESA]</w:t>
      </w:r>
    </w:p>
    <w:p/>
    <w:p>
      <w:r>
        <w:t>CONSENTIMIENTO INFORMADO PARA LA APLICACIÓN DE PRUEBAS PSICOMÉTRICAS</w:t>
      </w:r>
    </w:p>
    <w:p/>
    <w:p>
      <w:r>
        <w:t>Yo, [nombre completo], con Documento Único de Identidad número [DUI], candidato(a) al puesto de [puesto] en [razón social], declaro que se me ha informado lo siguiente:</w:t>
      </w:r>
    </w:p>
    <w:p/>
    <w:p>
      <w:r>
        <w:t>1. FINALIDAD. Las pruebas que se me aplicarán tienen como única finalidad evaluar mi idoneidad para el puesto de [puesto], según el perfil del cargo. No se usarán para otro fin.</w:t>
      </w:r>
    </w:p>
    <w:p/>
    <w:p>
      <w:r>
        <w:t>2. PRUEBAS. Se aplicarán: [nombre y tipo de cada prueba: aptitudes, personalidad, competencias].</w:t>
      </w:r>
    </w:p>
    <w:p/>
    <w:p>
      <w:r>
        <w:t>3. QUIÉN ACCEDE. Los resultados serán conocidos únicamente por [cargo de quien aplica e interpreta] y por [cargo de quien decide la contratación]. No se compartirán con terceros sin mi autorización escrita.</w:t>
      </w:r>
    </w:p>
    <w:p/>
    <w:p>
      <w:r>
        <w:t>4. CONSERVACIÓN. Los resultados se conservarán durante [plazo] y luego se eliminarán [o se disociarán de mis datos].</w:t>
      </w:r>
    </w:p>
    <w:p/>
    <w:p>
      <w:r>
        <w:t>5. DERECHO A NO PRESTAR EL CONSENTIMIENTO. Se me ha advertido que no estoy obligado(a) a proporcionar datos personales sensibles (Art. 37 de la Ley para la Protección de Datos Personales).</w:t>
      </w:r>
    </w:p>
    <w:p/>
    <w:p>
      <w:r>
        <w:t>6. MIS DERECHOS. Puedo solicitar el acceso a mis resultados, su rectificación, su supresión y oponerme a su tratamiento (Arts. 8 a 12 de la misma ley) ante [cargo y correo de contacto]; la respuesta se dará en el plazo de veinte días hábiles (Art. 20).</w:t>
      </w:r>
    </w:p>
    <w:p/>
    <w:p>
      <w:r>
        <w:t>En consecuencia, otorgo mi consentimiento expreso para que se me apliquen las pruebas descritas y se traten sus resultados con la finalidad indicada.</w:t>
      </w:r>
    </w:p>
    <w:p/>
    <w:p>
      <w:r>
        <w:t>[Lugar], [día] de [mes] de [año]</w:t>
      </w:r>
    </w:p>
    <w:p/>
    <w:p>
      <w:r>
        <w:t>_______________________________</w:t>
      </w:r>
    </w:p>
    <w:p>
      <w:r>
        <w:t>Firma del candidato(a)</w:t>
      </w:r>
    </w:p>
    <w:p/>
    <w:p>
      <w:r>
        <w:t>_______________________________</w:t>
      </w:r>
    </w:p>
    <w:p>
      <w:r>
        <w:t>[Nombre y cargo de quien aplica]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pruebas psicometricas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