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[MEMBRETE DE LA EMPRESA]</w:t>
      </w:r>
    </w:p>
    <w:p/>
    <w:p>
      <w:r>
        <w:t>CARTA DE RECOMENDACIÓN LABORAL</w:t>
      </w:r>
    </w:p>
    <w:p/>
    <w:p>
      <w:r>
        <w:t>[Lugar], [día] de [mes] de [año]</w:t>
      </w:r>
    </w:p>
    <w:p/>
    <w:p>
      <w:r>
        <w:t>A QUIEN INTERESE:</w:t>
      </w:r>
    </w:p>
    <w:p/>
    <w:p>
      <w:r>
        <w:t>Yo, [nombre de quien firma], [cargo] de [razón social de la empresa],</w:t>
      </w:r>
    </w:p>
    <w:p>
      <w:r>
        <w:t>recomiendo a [nombre completo de la persona recomendada], quien</w:t>
      </w:r>
    </w:p>
    <w:p>
      <w:r>
        <w:t>trabajó bajo mi supervisión directa desde el [fecha de inicio] hasta</w:t>
      </w:r>
    </w:p>
    <w:p>
      <w:r>
        <w:t>el [fecha de terminación / la fecha] como [cargo desempeñado].</w:t>
      </w:r>
    </w:p>
    <w:p/>
    <w:p>
      <w:r>
        <w:t>Durante ese período tuvo a su cargo [dos o tres funciones principales,</w:t>
      </w:r>
    </w:p>
    <w:p>
      <w:r>
        <w:t>dichas en términos que se entiendan fuera de la empresa].</w:t>
      </w:r>
    </w:p>
    <w:p/>
    <w:p>
      <w:r>
        <w:t>Destaco de su trabajo:</w:t>
      </w:r>
    </w:p>
    <w:p/>
    <w:p>
      <w:r>
        <w:t>- [Un resultado concreto: qué hizo, con qué alcance y en qué plazo].</w:t>
      </w:r>
    </w:p>
    <w:p>
      <w:r>
        <w:t>- [Una competencia que el lector pueda comprobar: por ejemplo, manejo</w:t>
      </w:r>
    </w:p>
    <w:p>
      <w:r>
        <w:t xml:space="preserve">  de un sistema, atención de clientes, liderazgo de un equipo de X</w:t>
      </w:r>
    </w:p>
    <w:p>
      <w:r>
        <w:t xml:space="preserve">  personas].</w:t>
      </w:r>
    </w:p>
    <w:p>
      <w:r>
        <w:t>- [Un rasgo de conducta laboral observado: puntualidad, trabajo en</w:t>
      </w:r>
    </w:p>
    <w:p>
      <w:r>
        <w:t xml:space="preserve">  equipo, discreción con información confidencial].</w:t>
      </w:r>
    </w:p>
    <w:p/>
    <w:p>
      <w:r>
        <w:t>Por lo anterior, la recomiendo / lo recomiendo para [tipo de puesto o</w:t>
      </w:r>
    </w:p>
    <w:p>
      <w:r>
        <w:t>de actividad para la que se presenta].</w:t>
      </w:r>
    </w:p>
    <w:p/>
    <w:p>
      <w:r>
        <w:t>Quedo a disposición para confirmar esta información en el teléfono</w:t>
      </w:r>
    </w:p>
    <w:p>
      <w:r>
        <w:t>[número] o en el correo [correo institucional].</w:t>
      </w:r>
    </w:p>
    <w:p/>
    <w:p/>
    <w:p>
      <w:r>
        <w:t>_______________________________</w:t>
      </w:r>
    </w:p>
    <w:p>
      <w:r>
        <w:t>[Nombre completo]</w:t>
      </w:r>
    </w:p>
    <w:p>
      <w:r>
        <w:t>[Cargo]</w:t>
      </w:r>
    </w:p>
    <w:p>
      <w:r>
        <w:t>[Razón social de la empresa]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recomendacion laboral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